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48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</w:tblPr>
      <w:tblGrid>
        <w:gridCol w:w="560" w:type="dxa"/>
        <w:gridCol w:w="4280" w:type="dxa"/>
        <w:gridCol w:w="3820" w:type="dxa"/>
      </w:tblGrid>
      <w:tr>
        <w:trPr>
          <w:trHeight w:hRule="exact" w:val="382"/>
        </w:trPr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2" w:lineRule="exact" w:before="0" w:after="0"/>
              <w:ind w:left="0" w:right="0" w:firstLine="0"/>
              <w:jc w:val="left"/>
            </w:pPr>
            <w:r>
              <w:rPr>
                <w:spacing w:val="-10"/>
                <w:rFonts w:ascii="TimesNewRomanPSMT" w:hAnsi="TimesNewRomanPSMT" w:eastAsia="TimesNewRomanPSMT"/>
                <w:color w:val="000000"/>
                <w:sz w:val="24"/>
              </w:rPr>
              <w:t xml:space="preserve">Hal </w:t>
            </w:r>
          </w:p>
        </w:tc>
        <w:tc>
          <w:tcPr>
            <w:tcW w:type="dxa" w:w="4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2" w:lineRule="exact" w:before="0" w:after="0"/>
              <w:ind w:left="162" w:right="0" w:firstLine="0"/>
              <w:jc w:val="left"/>
            </w:pPr>
            <w:r>
              <w:rPr>
                <w:spacing w:val="-10"/>
                <w:rFonts w:ascii="TimesNewRomanPSMT" w:hAnsi="TimesNewRomanPSMT" w:eastAsia="TimesNewRomanPSMT"/>
                <w:color w:val="000000"/>
                <w:sz w:val="24"/>
              </w:rPr>
              <w:t xml:space="preserve">: Pengajuan Dosen Pebimbing </w:t>
            </w:r>
          </w:p>
        </w:tc>
        <w:tc>
          <w:tcPr>
            <w:tcW w:type="dxa" w:w="3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2" w:lineRule="exact" w:before="0" w:after="0"/>
              <w:ind w:left="0" w:right="750" w:firstLine="0"/>
              <w:jc w:val="right"/>
            </w:pPr>
            <w:r>
              <w:rPr>
                <w:spacing w:val="-10"/>
                <w:rFonts w:ascii="TimesNewRomanPSMT" w:hAnsi="TimesNewRomanPSMT" w:eastAsia="TimesNewRomanPSMT"/>
                <w:color w:val="000000"/>
                <w:sz w:val="24"/>
              </w:rPr>
              <w:t xml:space="preserve">Ciputat, …… 20… </w:t>
            </w:r>
          </w:p>
        </w:tc>
      </w:tr>
    </w:tbl>
    <w:p>
      <w:pPr>
        <w:autoSpaceDN w:val="0"/>
        <w:autoSpaceDE w:val="0"/>
        <w:widowControl/>
        <w:spacing w:line="300" w:lineRule="exact" w:before="168" w:after="0"/>
        <w:ind w:left="85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Kepada Yth. </w:t>
      </w:r>
    </w:p>
    <w:p>
      <w:pPr>
        <w:autoSpaceDN w:val="0"/>
        <w:autoSpaceDE w:val="0"/>
        <w:widowControl/>
        <w:spacing w:line="284" w:lineRule="exact" w:before="0" w:after="0"/>
        <w:ind w:left="852" w:right="0" w:firstLine="0"/>
        <w:jc w:val="left"/>
      </w:pPr>
      <w:r>
        <w:rPr>
          <w:spacing w:val="-10"/>
          <w:rFonts w:ascii="Times New Roman" w:hAnsi="Times New Roman" w:eastAsia="Times New Roman"/>
          <w:b/>
          <w:color w:val="000000"/>
          <w:sz w:val="24"/>
        </w:rPr>
        <w:t xml:space="preserve">Mohammad Mujibur Rohman, MA. </w:t>
      </w:r>
    </w:p>
    <w:p>
      <w:pPr>
        <w:autoSpaceDN w:val="0"/>
        <w:autoSpaceDE w:val="0"/>
        <w:widowControl/>
        <w:spacing w:line="284" w:lineRule="exact" w:before="0" w:after="0"/>
        <w:ind w:left="852" w:right="3888" w:firstLine="0"/>
        <w:jc w:val="left"/>
      </w:pPr>
      <w:r>
        <w:rPr>
          <w:spacing w:val="-10"/>
          <w:rFonts w:ascii="Times New Roman" w:hAnsi="Times New Roman" w:eastAsia="Times New Roman"/>
          <w:b/>
          <w:color w:val="000000"/>
          <w:sz w:val="24"/>
        </w:rPr>
        <w:t>Ketua</w:t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 Program Studi Hukum Ekonomi Syariah </w:t>
      </w:r>
      <w:r>
        <w:br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di- Tempat </w:t>
      </w:r>
    </w:p>
    <w:p>
      <w:pPr>
        <w:autoSpaceDN w:val="0"/>
        <w:autoSpaceDE w:val="0"/>
        <w:widowControl/>
        <w:spacing w:line="294" w:lineRule="exact" w:before="258" w:after="0"/>
        <w:ind w:left="852" w:right="0" w:firstLine="0"/>
        <w:jc w:val="left"/>
      </w:pPr>
      <w:r>
        <w:rPr>
          <w:spacing w:val="-10"/>
          <w:rFonts w:ascii="Times New Roman" w:hAnsi="Times New Roman" w:eastAsia="Times New Roman"/>
          <w:i/>
          <w:color w:val="000000"/>
          <w:sz w:val="24"/>
        </w:rPr>
        <w:t xml:space="preserve">Assalamu’alaikum Wr. Wb. </w:t>
      </w:r>
    </w:p>
    <w:p>
      <w:pPr>
        <w:autoSpaceDN w:val="0"/>
        <w:tabs>
          <w:tab w:pos="1442" w:val="left"/>
        </w:tabs>
        <w:autoSpaceDE w:val="0"/>
        <w:widowControl/>
        <w:spacing w:line="318" w:lineRule="exact" w:before="232" w:after="0"/>
        <w:ind w:left="852" w:right="0" w:firstLine="0"/>
        <w:jc w:val="left"/>
      </w:pP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Teriring do’a semoga Bapak dalam keadaan sehat wal afiat dan selalu sukses dalam </w:t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menjalankan aktivitas sehari-hari, Amin. </w:t>
      </w:r>
    </w:p>
    <w:p>
      <w:pPr>
        <w:autoSpaceDN w:val="0"/>
        <w:autoSpaceDE w:val="0"/>
        <w:widowControl/>
        <w:spacing w:line="316" w:lineRule="exact" w:before="206" w:after="0"/>
        <w:ind w:left="852" w:right="24" w:firstLine="590"/>
        <w:jc w:val="both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Sehubungan dengan berakhirnya perkuliahan di Program Studi Hukum Ekonomi </w:t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Syariah Fakultas Syariah dan Hukum UIN Syarif Hidayatullah Jakarta Angkatan 20..., </w:t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maka yang bertanda tangan dibawah ini: </w:t>
      </w:r>
    </w:p>
    <w:p>
      <w:pPr>
        <w:autoSpaceDN w:val="0"/>
        <w:tabs>
          <w:tab w:pos="3602" w:val="left"/>
        </w:tabs>
        <w:autoSpaceDE w:val="0"/>
        <w:widowControl/>
        <w:spacing w:line="320" w:lineRule="exact" w:before="194" w:after="0"/>
        <w:ind w:left="144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Nama </w:t>
      </w: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: </w:t>
      </w:r>
    </w:p>
    <w:p>
      <w:pPr>
        <w:autoSpaceDN w:val="0"/>
        <w:tabs>
          <w:tab w:pos="3592" w:val="left"/>
        </w:tabs>
        <w:autoSpaceDE w:val="0"/>
        <w:widowControl/>
        <w:spacing w:line="320" w:lineRule="exact" w:before="200" w:after="0"/>
        <w:ind w:left="144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NIM </w:t>
      </w: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: </w:t>
      </w:r>
    </w:p>
    <w:p>
      <w:pPr>
        <w:autoSpaceDN w:val="0"/>
        <w:tabs>
          <w:tab w:pos="3602" w:val="left"/>
        </w:tabs>
        <w:autoSpaceDE w:val="0"/>
        <w:widowControl/>
        <w:spacing w:line="320" w:lineRule="exact" w:before="196" w:after="0"/>
        <w:ind w:left="144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Konsentrasi </w:t>
      </w: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: </w:t>
      </w:r>
    </w:p>
    <w:p>
      <w:pPr>
        <w:autoSpaceDN w:val="0"/>
        <w:tabs>
          <w:tab w:pos="3602" w:val="left"/>
        </w:tabs>
        <w:autoSpaceDE w:val="0"/>
        <w:widowControl/>
        <w:spacing w:line="320" w:lineRule="exact" w:before="234" w:after="0"/>
        <w:ind w:left="144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Alamat </w:t>
      </w: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: </w:t>
      </w:r>
    </w:p>
    <w:p>
      <w:pPr>
        <w:autoSpaceDN w:val="0"/>
        <w:autoSpaceDE w:val="0"/>
        <w:widowControl/>
        <w:spacing w:line="320" w:lineRule="exact" w:before="230" w:after="0"/>
        <w:ind w:left="1442" w:right="0" w:firstLine="0"/>
        <w:jc w:val="lef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Bermaksud mengajukan dosen pembimbing skripsi dengan nama : </w:t>
      </w:r>
    </w:p>
    <w:p>
      <w:pPr>
        <w:autoSpaceDN w:val="0"/>
        <w:autoSpaceDE w:val="0"/>
        <w:widowControl/>
        <w:spacing w:line="316" w:lineRule="exact" w:before="198" w:after="0"/>
        <w:ind w:left="1442" w:right="7826" w:firstLine="0"/>
        <w:jc w:val="both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1. </w:t>
      </w:r>
      <w:r>
        <w:br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2. </w:t>
      </w:r>
      <w:r>
        <w:br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>3.</w:t>
      </w:r>
    </w:p>
    <w:p>
      <w:pPr>
        <w:autoSpaceDN w:val="0"/>
        <w:tabs>
          <w:tab w:pos="1082" w:val="left"/>
        </w:tabs>
        <w:autoSpaceDE w:val="0"/>
        <w:widowControl/>
        <w:spacing w:line="318" w:lineRule="exact" w:before="514" w:after="0"/>
        <w:ind w:left="722" w:right="288" w:firstLine="0"/>
        <w:jc w:val="left"/>
      </w:pPr>
      <w:r>
        <w:tab/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Semoga Bapak dapat menerimanya dari salah satu nama diatas. Atas perhatian dan </w:t>
      </w: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perkenannya saya ucapkan terima kasih. </w:t>
      </w:r>
    </w:p>
    <w:p>
      <w:pPr>
        <w:autoSpaceDN w:val="0"/>
        <w:autoSpaceDE w:val="0"/>
        <w:widowControl/>
        <w:spacing w:line="294" w:lineRule="exact" w:before="224" w:after="0"/>
        <w:ind w:left="722" w:right="0" w:firstLine="0"/>
        <w:jc w:val="left"/>
      </w:pPr>
      <w:r>
        <w:rPr>
          <w:spacing w:val="-10"/>
          <w:rFonts w:ascii="Times New Roman" w:hAnsi="Times New Roman" w:eastAsia="Times New Roman"/>
          <w:i/>
          <w:color w:val="000000"/>
          <w:sz w:val="24"/>
        </w:rPr>
        <w:t xml:space="preserve">Wassalamualaikum Wr. Wb. </w:t>
      </w:r>
    </w:p>
    <w:p>
      <w:pPr>
        <w:autoSpaceDN w:val="0"/>
        <w:autoSpaceDE w:val="0"/>
        <w:widowControl/>
        <w:spacing w:line="320" w:lineRule="exact" w:before="712" w:after="0"/>
        <w:ind w:left="0" w:right="1814" w:firstLine="0"/>
        <w:jc w:val="righ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Pemohon </w:t>
      </w:r>
    </w:p>
    <w:p>
      <w:pPr>
        <w:autoSpaceDN w:val="0"/>
        <w:autoSpaceDE w:val="0"/>
        <w:widowControl/>
        <w:spacing w:line="320" w:lineRule="exact" w:before="716" w:after="0"/>
        <w:ind w:left="0" w:right="448" w:firstLine="0"/>
        <w:jc w:val="right"/>
      </w:pPr>
      <w:r>
        <w:rPr>
          <w:spacing w:val="-10"/>
          <w:rFonts w:ascii="TimesNewRomanPSMT" w:hAnsi="TimesNewRomanPSMT" w:eastAsia="TimesNewRomanPSMT"/>
          <w:color w:val="000000"/>
          <w:sz w:val="24"/>
        </w:rPr>
        <w:t xml:space="preserve">(…………………………….) </w:t>
      </w:r>
    </w:p>
    <w:sectPr w:rsidR="00FC693F" w:rsidRPr="0006063C" w:rsidSect="00034616">
      <w:pgSz w:w="12240" w:h="15840"/>
      <w:pgMar w:top="706" w:right="1352" w:bottom="262" w:left="14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